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EFD69" w14:textId="708C5B05" w:rsidR="008174B1" w:rsidRDefault="008174B1">
      <w:pPr>
        <w:pStyle w:val="Titel"/>
        <w:jc w:val="center"/>
      </w:pPr>
      <w:r>
        <w:rPr>
          <w:noProof/>
          <w:lang w:val="de-DE" w:eastAsia="de-DE"/>
        </w:rPr>
        <w:drawing>
          <wp:inline distT="0" distB="0" distL="0" distR="0" wp14:anchorId="538CB04C" wp14:editId="57543996">
            <wp:extent cx="5314950" cy="1019175"/>
            <wp:effectExtent l="19050" t="0" r="0" b="0"/>
            <wp:docPr id="5" name="Picture 0" descr="ISAG-LogoName-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SAG-LogoName-C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65548" w14:textId="77777777" w:rsidR="008174B1" w:rsidRDefault="008174B1">
      <w:pPr>
        <w:pStyle w:val="Titel"/>
        <w:jc w:val="center"/>
      </w:pPr>
    </w:p>
    <w:p w14:paraId="46221416" w14:textId="6F90930D" w:rsidR="00797C01" w:rsidRDefault="007D3240">
      <w:pPr>
        <w:pStyle w:val="Titel"/>
        <w:jc w:val="center"/>
      </w:pPr>
      <w:r>
        <w:t>Application for a Short-Term Research Visit (STRV)</w:t>
      </w:r>
    </w:p>
    <w:p w14:paraId="246969D5" w14:textId="77777777" w:rsidR="00797C01" w:rsidRPr="007D3240" w:rsidRDefault="007D3240">
      <w:pPr>
        <w:jc w:val="center"/>
        <w:rPr>
          <w:sz w:val="22"/>
          <w:szCs w:val="24"/>
        </w:rPr>
      </w:pPr>
      <w:r w:rsidRPr="007D3240">
        <w:rPr>
          <w:i/>
          <w:sz w:val="22"/>
          <w:szCs w:val="24"/>
        </w:rPr>
        <w:t>International Society for Animal Genetics (ISAG)</w:t>
      </w:r>
    </w:p>
    <w:p w14:paraId="7EF5464D" w14:textId="77777777" w:rsidR="007D3240" w:rsidRDefault="007D3240">
      <w:pPr>
        <w:rPr>
          <w:b/>
        </w:rPr>
      </w:pPr>
    </w:p>
    <w:p w14:paraId="7B0DE20C" w14:textId="7B7CD49B" w:rsidR="00797C01" w:rsidRDefault="007D3240">
      <w:r>
        <w:rPr>
          <w:b/>
        </w:rPr>
        <w:t xml:space="preserve">Purpose. </w:t>
      </w:r>
      <w:r>
        <w:t>STRVs support international scientific exchange between ISAG members, with particular emphasis on networking, young scientists, access to research infrastructure and techniques, and potential publication in Animal Genetics.</w:t>
      </w:r>
    </w:p>
    <w:p w14:paraId="5EA5E61C" w14:textId="661694F0" w:rsidR="00797C01" w:rsidRPr="007D3240" w:rsidRDefault="007D3240" w:rsidP="008174B1">
      <w:pPr>
        <w:pStyle w:val="berschrift1"/>
        <w:keepNext w:val="0"/>
        <w:keepLines w:val="0"/>
        <w:spacing w:before="0" w:after="240"/>
        <w:rPr>
          <w:sz w:val="24"/>
          <w:szCs w:val="24"/>
        </w:rPr>
      </w:pPr>
      <w:r w:rsidRPr="007D3240">
        <w:rPr>
          <w:sz w:val="24"/>
          <w:szCs w:val="24"/>
        </w:rPr>
        <w:t>1. Applicant and visit details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890"/>
      </w:tblGrid>
      <w:tr w:rsidR="00797C01" w:rsidRPr="007D3240" w14:paraId="6EB7C516" w14:textId="77777777" w:rsidTr="008174B1">
        <w:trPr>
          <w:trHeight w:val="624"/>
          <w:jc w:val="center"/>
        </w:trPr>
        <w:tc>
          <w:tcPr>
            <w:tcW w:w="2835" w:type="dxa"/>
            <w:vAlign w:val="center"/>
          </w:tcPr>
          <w:p w14:paraId="1D79B4D6" w14:textId="77777777" w:rsidR="00797C01" w:rsidRPr="007D3240" w:rsidRDefault="007D3240">
            <w:pPr>
              <w:rPr>
                <w:rFonts w:cs="Arial"/>
                <w:szCs w:val="20"/>
              </w:rPr>
            </w:pPr>
            <w:r w:rsidRPr="007D3240">
              <w:rPr>
                <w:rFonts w:cs="Arial"/>
                <w:b/>
                <w:szCs w:val="20"/>
              </w:rPr>
              <w:t>Proposed visit dates</w:t>
            </w:r>
          </w:p>
        </w:tc>
        <w:tc>
          <w:tcPr>
            <w:tcW w:w="6890" w:type="dxa"/>
            <w:vAlign w:val="center"/>
          </w:tcPr>
          <w:p w14:paraId="611B4876" w14:textId="77777777" w:rsidR="00797C01" w:rsidRPr="007D3240" w:rsidRDefault="007D3240">
            <w:pPr>
              <w:rPr>
                <w:rFonts w:cs="Arial"/>
                <w:szCs w:val="20"/>
              </w:rPr>
            </w:pPr>
            <w:r w:rsidRPr="007D3240">
              <w:rPr>
                <w:rFonts w:cs="Arial"/>
                <w:szCs w:val="20"/>
              </w:rPr>
              <w:t>From: ____________________   To: ____________________</w:t>
            </w:r>
          </w:p>
        </w:tc>
      </w:tr>
      <w:tr w:rsidR="00797C01" w:rsidRPr="007D3240" w14:paraId="241B0E08" w14:textId="77777777" w:rsidTr="008174B1">
        <w:trPr>
          <w:trHeight w:val="624"/>
          <w:jc w:val="center"/>
        </w:trPr>
        <w:tc>
          <w:tcPr>
            <w:tcW w:w="2835" w:type="dxa"/>
            <w:vAlign w:val="center"/>
          </w:tcPr>
          <w:p w14:paraId="1B10BE40" w14:textId="77777777" w:rsidR="00797C01" w:rsidRPr="007D3240" w:rsidRDefault="007D3240">
            <w:pPr>
              <w:rPr>
                <w:rFonts w:cs="Arial"/>
                <w:szCs w:val="20"/>
              </w:rPr>
            </w:pPr>
            <w:r w:rsidRPr="007D3240">
              <w:rPr>
                <w:rFonts w:cs="Arial"/>
                <w:b/>
                <w:szCs w:val="20"/>
              </w:rPr>
              <w:t>Duration</w:t>
            </w:r>
          </w:p>
        </w:tc>
        <w:tc>
          <w:tcPr>
            <w:tcW w:w="6890" w:type="dxa"/>
            <w:vAlign w:val="center"/>
          </w:tcPr>
          <w:p w14:paraId="6C5F6E65" w14:textId="77777777" w:rsidR="00797C01" w:rsidRPr="007D3240" w:rsidRDefault="007D3240">
            <w:pPr>
              <w:rPr>
                <w:rFonts w:cs="Arial"/>
                <w:szCs w:val="20"/>
              </w:rPr>
            </w:pPr>
            <w:r w:rsidRPr="007D3240">
              <w:rPr>
                <w:rFonts w:cs="Arial"/>
                <w:szCs w:val="20"/>
              </w:rPr>
              <w:t>________ months (2-6 months)</w:t>
            </w:r>
          </w:p>
        </w:tc>
      </w:tr>
      <w:tr w:rsidR="00797C01" w:rsidRPr="007D3240" w14:paraId="753A0673" w14:textId="77777777" w:rsidTr="008174B1">
        <w:trPr>
          <w:trHeight w:val="624"/>
          <w:jc w:val="center"/>
        </w:trPr>
        <w:tc>
          <w:tcPr>
            <w:tcW w:w="2835" w:type="dxa"/>
            <w:vAlign w:val="center"/>
          </w:tcPr>
          <w:p w14:paraId="3CF60DC4" w14:textId="77777777" w:rsidR="00797C01" w:rsidRPr="007D3240" w:rsidRDefault="007D3240">
            <w:pPr>
              <w:rPr>
                <w:rFonts w:cs="Arial"/>
                <w:szCs w:val="20"/>
              </w:rPr>
            </w:pPr>
            <w:r w:rsidRPr="007D3240">
              <w:rPr>
                <w:rFonts w:cs="Arial"/>
                <w:b/>
                <w:szCs w:val="20"/>
              </w:rPr>
              <w:t>Project / visit title</w:t>
            </w:r>
          </w:p>
        </w:tc>
        <w:tc>
          <w:tcPr>
            <w:tcW w:w="6890" w:type="dxa"/>
            <w:vAlign w:val="center"/>
          </w:tcPr>
          <w:p w14:paraId="467AEF45" w14:textId="77777777" w:rsidR="00797C01" w:rsidRPr="007D3240" w:rsidRDefault="007D3240">
            <w:pPr>
              <w:rPr>
                <w:rFonts w:cs="Arial"/>
                <w:szCs w:val="20"/>
              </w:rPr>
            </w:pPr>
            <w:r w:rsidRPr="007D3240">
              <w:rPr>
                <w:rFonts w:cs="Arial"/>
                <w:szCs w:val="20"/>
              </w:rPr>
              <w:t>____________________________________________________________</w:t>
            </w:r>
          </w:p>
        </w:tc>
      </w:tr>
    </w:tbl>
    <w:p w14:paraId="4E16688E" w14:textId="77777777" w:rsidR="00797C01" w:rsidRPr="007D3240" w:rsidRDefault="00797C01">
      <w:pPr>
        <w:rPr>
          <w:rFonts w:cs="Arial"/>
          <w:szCs w:val="20"/>
        </w:rPr>
      </w:pPr>
    </w:p>
    <w:p w14:paraId="4CB5F650" w14:textId="5500C340" w:rsidR="00797C01" w:rsidRPr="008174B1" w:rsidRDefault="007D3240" w:rsidP="008174B1">
      <w:pPr>
        <w:spacing w:after="240"/>
        <w:rPr>
          <w:rFonts w:cs="Arial"/>
          <w:szCs w:val="20"/>
        </w:rPr>
      </w:pPr>
      <w:r w:rsidRPr="008174B1">
        <w:rPr>
          <w:rFonts w:cs="Arial"/>
          <w:b/>
          <w:szCs w:val="20"/>
        </w:rPr>
        <w:t>Membership and affiliation details</w:t>
      </w:r>
      <w:r w:rsidRPr="008174B1">
        <w:rPr>
          <w:rFonts w:cs="Arial"/>
          <w:szCs w:val="20"/>
        </w:rPr>
        <w:t xml:space="preserve"> — please complete one row for each required participant. 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069"/>
        <w:gridCol w:w="1825"/>
        <w:gridCol w:w="1849"/>
        <w:gridCol w:w="1824"/>
        <w:gridCol w:w="1228"/>
        <w:gridCol w:w="1395"/>
      </w:tblGrid>
      <w:tr w:rsidR="007D3240" w:rsidRPr="007D3240" w14:paraId="688E137E" w14:textId="77777777" w:rsidTr="004860B7">
        <w:trPr>
          <w:trHeight w:val="652"/>
          <w:tblHeader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7BB73606" w14:textId="77777777" w:rsidR="00797C01" w:rsidRPr="007D3240" w:rsidRDefault="007D3240">
            <w:pPr>
              <w:rPr>
                <w:rFonts w:cs="Arial"/>
                <w:szCs w:val="20"/>
              </w:rPr>
            </w:pPr>
            <w:r w:rsidRPr="007D3240">
              <w:rPr>
                <w:rFonts w:cs="Arial"/>
                <w:b/>
                <w:szCs w:val="20"/>
              </w:rPr>
              <w:t>Role</w:t>
            </w:r>
          </w:p>
        </w:tc>
        <w:tc>
          <w:tcPr>
            <w:tcW w:w="1890" w:type="dxa"/>
            <w:shd w:val="clear" w:color="auto" w:fill="D9E2F3"/>
            <w:vAlign w:val="center"/>
          </w:tcPr>
          <w:p w14:paraId="3EA071A6" w14:textId="77777777" w:rsidR="00797C01" w:rsidRPr="007D3240" w:rsidRDefault="007D3240">
            <w:pPr>
              <w:rPr>
                <w:rFonts w:cs="Arial"/>
                <w:szCs w:val="20"/>
              </w:rPr>
            </w:pPr>
            <w:r w:rsidRPr="007D3240">
              <w:rPr>
                <w:rFonts w:cs="Arial"/>
                <w:b/>
                <w:szCs w:val="20"/>
              </w:rPr>
              <w:t>Name</w:t>
            </w:r>
          </w:p>
        </w:tc>
        <w:tc>
          <w:tcPr>
            <w:tcW w:w="1890" w:type="dxa"/>
            <w:shd w:val="clear" w:color="auto" w:fill="D9E2F3"/>
            <w:vAlign w:val="center"/>
          </w:tcPr>
          <w:p w14:paraId="2C34D5AE" w14:textId="77777777" w:rsidR="00797C01" w:rsidRPr="007D3240" w:rsidRDefault="007D3240">
            <w:pPr>
              <w:rPr>
                <w:rFonts w:cs="Arial"/>
                <w:szCs w:val="20"/>
              </w:rPr>
            </w:pPr>
            <w:r w:rsidRPr="007D3240">
              <w:rPr>
                <w:rFonts w:cs="Arial"/>
                <w:b/>
                <w:szCs w:val="20"/>
              </w:rPr>
              <w:t>Institution / affiliation</w:t>
            </w:r>
          </w:p>
        </w:tc>
        <w:tc>
          <w:tcPr>
            <w:tcW w:w="1890" w:type="dxa"/>
            <w:shd w:val="clear" w:color="auto" w:fill="D9E2F3"/>
            <w:vAlign w:val="center"/>
          </w:tcPr>
          <w:p w14:paraId="01F64F07" w14:textId="77777777" w:rsidR="00797C01" w:rsidRPr="007D3240" w:rsidRDefault="007D3240">
            <w:pPr>
              <w:rPr>
                <w:rFonts w:cs="Arial"/>
                <w:szCs w:val="20"/>
              </w:rPr>
            </w:pPr>
            <w:r w:rsidRPr="007D3240">
              <w:rPr>
                <w:rFonts w:cs="Arial"/>
                <w:b/>
                <w:szCs w:val="20"/>
              </w:rPr>
              <w:t>Email</w:t>
            </w:r>
          </w:p>
        </w:tc>
        <w:tc>
          <w:tcPr>
            <w:tcW w:w="1134" w:type="dxa"/>
            <w:shd w:val="clear" w:color="auto" w:fill="D9E2F3"/>
            <w:vAlign w:val="center"/>
          </w:tcPr>
          <w:p w14:paraId="614278B6" w14:textId="77777777" w:rsidR="00797C01" w:rsidRPr="007D3240" w:rsidRDefault="007D3240">
            <w:pPr>
              <w:rPr>
                <w:rFonts w:cs="Arial"/>
                <w:szCs w:val="20"/>
              </w:rPr>
            </w:pPr>
            <w:r w:rsidRPr="007D3240">
              <w:rPr>
                <w:rFonts w:cs="Arial"/>
                <w:b/>
                <w:szCs w:val="20"/>
              </w:rPr>
              <w:t>ISAG member?</w:t>
            </w:r>
          </w:p>
        </w:tc>
        <w:tc>
          <w:tcPr>
            <w:tcW w:w="1264" w:type="dxa"/>
            <w:shd w:val="clear" w:color="auto" w:fill="D9E2F3"/>
            <w:vAlign w:val="center"/>
          </w:tcPr>
          <w:p w14:paraId="4E1DCEA9" w14:textId="77777777" w:rsidR="00797C01" w:rsidRPr="007D3240" w:rsidRDefault="007D3240">
            <w:pPr>
              <w:rPr>
                <w:rFonts w:cs="Arial"/>
                <w:szCs w:val="20"/>
              </w:rPr>
            </w:pPr>
            <w:r w:rsidRPr="007D3240">
              <w:rPr>
                <w:rFonts w:cs="Arial"/>
                <w:b/>
                <w:szCs w:val="20"/>
              </w:rPr>
              <w:t>Membership no. (if known)</w:t>
            </w:r>
          </w:p>
        </w:tc>
      </w:tr>
      <w:tr w:rsidR="00797C01" w:rsidRPr="007D3240" w14:paraId="1ADF89A5" w14:textId="77777777" w:rsidTr="004860B7">
        <w:trPr>
          <w:trHeight w:val="652"/>
          <w:jc w:val="center"/>
        </w:trPr>
        <w:tc>
          <w:tcPr>
            <w:tcW w:w="2122" w:type="dxa"/>
            <w:vAlign w:val="center"/>
          </w:tcPr>
          <w:p w14:paraId="2D8EAA68" w14:textId="77777777" w:rsidR="00797C01" w:rsidRPr="007D3240" w:rsidRDefault="007D3240">
            <w:pPr>
              <w:rPr>
                <w:rFonts w:cs="Arial"/>
                <w:szCs w:val="20"/>
              </w:rPr>
            </w:pPr>
            <w:r w:rsidRPr="007D3240">
              <w:rPr>
                <w:rFonts w:cs="Arial"/>
                <w:b/>
                <w:szCs w:val="20"/>
              </w:rPr>
              <w:t>Sending institution / PI</w:t>
            </w:r>
          </w:p>
        </w:tc>
        <w:tc>
          <w:tcPr>
            <w:tcW w:w="1890" w:type="dxa"/>
            <w:vAlign w:val="center"/>
          </w:tcPr>
          <w:p w14:paraId="552C2542" w14:textId="77777777" w:rsidR="00797C01" w:rsidRPr="007D3240" w:rsidRDefault="00797C01">
            <w:pPr>
              <w:rPr>
                <w:rFonts w:cs="Arial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99E27C6" w14:textId="77777777" w:rsidR="00797C01" w:rsidRPr="007D3240" w:rsidRDefault="00797C01">
            <w:pPr>
              <w:rPr>
                <w:rFonts w:cs="Arial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368A5C1" w14:textId="77777777" w:rsidR="00797C01" w:rsidRPr="007D3240" w:rsidRDefault="00797C01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E8129A" w14:textId="26C1D643" w:rsidR="00E67371" w:rsidRPr="007D3240" w:rsidRDefault="008174B1">
            <w:pPr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207917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371" w:rsidRPr="007D324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7D3240" w:rsidRPr="007D3240">
              <w:rPr>
                <w:rFonts w:cs="Arial"/>
                <w:szCs w:val="20"/>
              </w:rPr>
              <w:t xml:space="preserve"> </w:t>
            </w:r>
            <w:r w:rsidR="00E67371" w:rsidRPr="007D3240">
              <w:rPr>
                <w:rFonts w:cs="Arial"/>
                <w:szCs w:val="20"/>
              </w:rPr>
              <w:t>confirmed</w:t>
            </w:r>
            <w:r w:rsidR="007D3240" w:rsidRPr="007D3240">
              <w:rPr>
                <w:rFonts w:cs="Arial"/>
                <w:szCs w:val="20"/>
              </w:rPr>
              <w:t xml:space="preserve">  </w:t>
            </w:r>
          </w:p>
          <w:p w14:paraId="40ABBA40" w14:textId="7916D0F7" w:rsidR="00797C01" w:rsidRPr="007D3240" w:rsidRDefault="008174B1">
            <w:pPr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86118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371" w:rsidRPr="007D324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7D3240" w:rsidRPr="007D3240">
              <w:rPr>
                <w:rFonts w:cs="Arial"/>
                <w:szCs w:val="20"/>
              </w:rPr>
              <w:t xml:space="preserve"> </w:t>
            </w:r>
            <w:r w:rsidR="00E67371" w:rsidRPr="007D3240">
              <w:rPr>
                <w:rFonts w:cs="Arial"/>
                <w:szCs w:val="20"/>
              </w:rPr>
              <w:t xml:space="preserve">To be established </w:t>
            </w:r>
          </w:p>
        </w:tc>
        <w:tc>
          <w:tcPr>
            <w:tcW w:w="1264" w:type="dxa"/>
            <w:vAlign w:val="center"/>
          </w:tcPr>
          <w:p w14:paraId="1714FAA0" w14:textId="77777777" w:rsidR="00797C01" w:rsidRPr="007D3240" w:rsidRDefault="00797C01">
            <w:pPr>
              <w:rPr>
                <w:rFonts w:cs="Arial"/>
                <w:szCs w:val="20"/>
              </w:rPr>
            </w:pPr>
          </w:p>
        </w:tc>
      </w:tr>
      <w:tr w:rsidR="00797C01" w:rsidRPr="007D3240" w14:paraId="47DAAEBC" w14:textId="77777777" w:rsidTr="004860B7">
        <w:trPr>
          <w:trHeight w:val="652"/>
          <w:jc w:val="center"/>
        </w:trPr>
        <w:tc>
          <w:tcPr>
            <w:tcW w:w="2122" w:type="dxa"/>
            <w:vAlign w:val="center"/>
          </w:tcPr>
          <w:p w14:paraId="0CB0374A" w14:textId="77777777" w:rsidR="00797C01" w:rsidRPr="007D3240" w:rsidRDefault="007D3240">
            <w:pPr>
              <w:rPr>
                <w:rFonts w:cs="Arial"/>
                <w:szCs w:val="20"/>
              </w:rPr>
            </w:pPr>
            <w:r w:rsidRPr="007D3240">
              <w:rPr>
                <w:rFonts w:cs="Arial"/>
                <w:b/>
                <w:szCs w:val="20"/>
              </w:rPr>
              <w:t>Travelling scientist</w:t>
            </w:r>
          </w:p>
        </w:tc>
        <w:tc>
          <w:tcPr>
            <w:tcW w:w="1890" w:type="dxa"/>
            <w:vAlign w:val="center"/>
          </w:tcPr>
          <w:p w14:paraId="5F45DC23" w14:textId="77777777" w:rsidR="00797C01" w:rsidRPr="007D3240" w:rsidRDefault="00797C01">
            <w:pPr>
              <w:rPr>
                <w:rFonts w:cs="Arial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61B04C8" w14:textId="77777777" w:rsidR="00797C01" w:rsidRPr="007D3240" w:rsidRDefault="00797C01">
            <w:pPr>
              <w:rPr>
                <w:rFonts w:cs="Arial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5932CDF" w14:textId="77777777" w:rsidR="00797C01" w:rsidRPr="007D3240" w:rsidRDefault="00797C01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0FCE45" w14:textId="5A10117D" w:rsidR="00E67371" w:rsidRPr="007D3240" w:rsidRDefault="008174B1" w:rsidP="00E67371">
            <w:pPr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70937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371" w:rsidRPr="007D324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E67371" w:rsidRPr="007D3240">
              <w:rPr>
                <w:rFonts w:cs="Arial"/>
                <w:szCs w:val="20"/>
              </w:rPr>
              <w:t xml:space="preserve"> confirmed  </w:t>
            </w:r>
          </w:p>
          <w:p w14:paraId="1A2D340A" w14:textId="6C68E5EF" w:rsidR="00797C01" w:rsidRPr="007D3240" w:rsidRDefault="008174B1" w:rsidP="00E67371">
            <w:pPr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464129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371" w:rsidRPr="007D324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E67371" w:rsidRPr="007D3240">
              <w:rPr>
                <w:rFonts w:cs="Arial"/>
                <w:szCs w:val="20"/>
              </w:rPr>
              <w:t xml:space="preserve"> To be established</w:t>
            </w:r>
          </w:p>
        </w:tc>
        <w:tc>
          <w:tcPr>
            <w:tcW w:w="1264" w:type="dxa"/>
            <w:vAlign w:val="center"/>
          </w:tcPr>
          <w:p w14:paraId="533232FB" w14:textId="77777777" w:rsidR="00797C01" w:rsidRPr="007D3240" w:rsidRDefault="00797C01">
            <w:pPr>
              <w:rPr>
                <w:rFonts w:cs="Arial"/>
                <w:szCs w:val="20"/>
              </w:rPr>
            </w:pPr>
          </w:p>
        </w:tc>
      </w:tr>
      <w:tr w:rsidR="00797C01" w:rsidRPr="007D3240" w14:paraId="57C4D9D3" w14:textId="77777777" w:rsidTr="004860B7">
        <w:trPr>
          <w:trHeight w:val="652"/>
          <w:jc w:val="center"/>
        </w:trPr>
        <w:tc>
          <w:tcPr>
            <w:tcW w:w="2122" w:type="dxa"/>
            <w:vAlign w:val="center"/>
          </w:tcPr>
          <w:p w14:paraId="2B6E3D30" w14:textId="77777777" w:rsidR="00797C01" w:rsidRPr="007D3240" w:rsidRDefault="007D3240">
            <w:pPr>
              <w:rPr>
                <w:rFonts w:cs="Arial"/>
                <w:szCs w:val="20"/>
              </w:rPr>
            </w:pPr>
            <w:r w:rsidRPr="007D3240">
              <w:rPr>
                <w:rFonts w:cs="Arial"/>
                <w:b/>
                <w:szCs w:val="20"/>
              </w:rPr>
              <w:t>Host institution / PI</w:t>
            </w:r>
          </w:p>
        </w:tc>
        <w:tc>
          <w:tcPr>
            <w:tcW w:w="1890" w:type="dxa"/>
            <w:vAlign w:val="center"/>
          </w:tcPr>
          <w:p w14:paraId="3F2E1A94" w14:textId="77777777" w:rsidR="00797C01" w:rsidRPr="007D3240" w:rsidRDefault="00797C01">
            <w:pPr>
              <w:rPr>
                <w:rFonts w:cs="Arial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6BE65D2" w14:textId="77777777" w:rsidR="00797C01" w:rsidRPr="007D3240" w:rsidRDefault="00797C01">
            <w:pPr>
              <w:rPr>
                <w:rFonts w:cs="Arial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1552320" w14:textId="77777777" w:rsidR="00797C01" w:rsidRPr="007D3240" w:rsidRDefault="00797C01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D09FAF" w14:textId="4DF3603C" w:rsidR="00E67371" w:rsidRPr="007D3240" w:rsidRDefault="008174B1" w:rsidP="00E67371">
            <w:pPr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223479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371" w:rsidRPr="007D324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E67371" w:rsidRPr="007D3240">
              <w:rPr>
                <w:rFonts w:cs="Arial"/>
                <w:szCs w:val="20"/>
              </w:rPr>
              <w:t xml:space="preserve"> confirmed  </w:t>
            </w:r>
          </w:p>
          <w:p w14:paraId="2A314371" w14:textId="518AA615" w:rsidR="00797C01" w:rsidRPr="007D3240" w:rsidRDefault="008174B1" w:rsidP="00E67371">
            <w:pPr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63903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371" w:rsidRPr="007D324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E67371" w:rsidRPr="007D3240">
              <w:rPr>
                <w:rFonts w:cs="Arial"/>
                <w:szCs w:val="20"/>
              </w:rPr>
              <w:t xml:space="preserve"> To be established</w:t>
            </w:r>
          </w:p>
        </w:tc>
        <w:tc>
          <w:tcPr>
            <w:tcW w:w="1264" w:type="dxa"/>
            <w:vAlign w:val="center"/>
          </w:tcPr>
          <w:p w14:paraId="3EF4FE19" w14:textId="77777777" w:rsidR="00797C01" w:rsidRPr="007D3240" w:rsidRDefault="00797C01">
            <w:pPr>
              <w:rPr>
                <w:rFonts w:cs="Arial"/>
                <w:szCs w:val="20"/>
              </w:rPr>
            </w:pPr>
          </w:p>
        </w:tc>
      </w:tr>
    </w:tbl>
    <w:p w14:paraId="35E55E34" w14:textId="77777777" w:rsidR="00797C01" w:rsidRPr="007D3240" w:rsidRDefault="007D3240">
      <w:pPr>
        <w:rPr>
          <w:rFonts w:cs="Arial"/>
          <w:szCs w:val="20"/>
        </w:rPr>
      </w:pPr>
      <w:r w:rsidRPr="007D3240">
        <w:rPr>
          <w:rFonts w:cs="Arial"/>
          <w:b/>
          <w:szCs w:val="20"/>
        </w:rPr>
        <w:t xml:space="preserve">Important: </w:t>
      </w:r>
      <w:r w:rsidRPr="007D3240">
        <w:rPr>
          <w:rFonts w:cs="Arial"/>
          <w:szCs w:val="20"/>
        </w:rPr>
        <w:t>The sending PI, travelling scientist and host PI are required to be ISAG members. If “No” is selected, ISAG membership must be established for the corresponding year.</w:t>
      </w:r>
    </w:p>
    <w:p w14:paraId="3B5BAF9B" w14:textId="77777777" w:rsidR="00797C01" w:rsidRPr="007D3240" w:rsidRDefault="007D3240">
      <w:pPr>
        <w:pStyle w:val="berschrift1"/>
        <w:rPr>
          <w:sz w:val="24"/>
          <w:szCs w:val="24"/>
        </w:rPr>
      </w:pPr>
      <w:r w:rsidRPr="007D3240">
        <w:rPr>
          <w:sz w:val="24"/>
          <w:szCs w:val="24"/>
        </w:rPr>
        <w:t>2. Scientific case</w:t>
      </w:r>
    </w:p>
    <w:p w14:paraId="476CA86C" w14:textId="77777777" w:rsidR="00797C01" w:rsidRDefault="007D3240">
      <w:r>
        <w:rPr>
          <w:b/>
        </w:rPr>
        <w:t>Background and objectives</w:t>
      </w:r>
      <w:r>
        <w:br/>
        <w:t>Maximum 300 words. State the scientific question, objectives and why the visit is needed.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190"/>
      </w:tblGrid>
      <w:tr w:rsidR="00797C01" w14:paraId="6791DFD9" w14:textId="77777777">
        <w:trPr>
          <w:trHeight w:val="1247"/>
        </w:trPr>
        <w:tc>
          <w:tcPr>
            <w:tcW w:w="10200" w:type="dxa"/>
            <w:vAlign w:val="center"/>
          </w:tcPr>
          <w:p w14:paraId="2E860C48" w14:textId="77777777" w:rsidR="00797C01" w:rsidRDefault="00797C01"/>
        </w:tc>
      </w:tr>
    </w:tbl>
    <w:p w14:paraId="7EB1865F" w14:textId="77777777" w:rsidR="007D3240" w:rsidRDefault="007D3240">
      <w:pPr>
        <w:rPr>
          <w:b/>
        </w:rPr>
      </w:pPr>
    </w:p>
    <w:p w14:paraId="624582CA" w14:textId="087B567C" w:rsidR="00797C01" w:rsidRDefault="007D3240">
      <w:r>
        <w:rPr>
          <w:b/>
        </w:rPr>
        <w:t>Work plan and timetable</w:t>
      </w:r>
      <w:r>
        <w:br/>
        <w:t>Maximum 1,000 words. Describe the planned work, methods/techniques, milestones and timing.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190"/>
      </w:tblGrid>
      <w:tr w:rsidR="00797C01" w14:paraId="58510C98" w14:textId="77777777">
        <w:trPr>
          <w:trHeight w:val="1871"/>
        </w:trPr>
        <w:tc>
          <w:tcPr>
            <w:tcW w:w="10200" w:type="dxa"/>
            <w:vAlign w:val="center"/>
          </w:tcPr>
          <w:p w14:paraId="1FB75BFF" w14:textId="77777777" w:rsidR="00797C01" w:rsidRDefault="00797C01"/>
        </w:tc>
      </w:tr>
    </w:tbl>
    <w:p w14:paraId="385CFD95" w14:textId="77777777" w:rsidR="00797C01" w:rsidRDefault="007D3240">
      <w:r>
        <w:rPr>
          <w:b/>
        </w:rPr>
        <w:t>Benefits of the scientific exchange</w:t>
      </w:r>
      <w:r>
        <w:br/>
        <w:t>Maximum 150 words. Explain benefits to the visitor, sending and host groups, and the wider ISAG community.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190"/>
      </w:tblGrid>
      <w:tr w:rsidR="00797C01" w14:paraId="5AC935E2" w14:textId="77777777">
        <w:trPr>
          <w:trHeight w:val="935"/>
        </w:trPr>
        <w:tc>
          <w:tcPr>
            <w:tcW w:w="10200" w:type="dxa"/>
            <w:vAlign w:val="center"/>
          </w:tcPr>
          <w:p w14:paraId="62791937" w14:textId="77777777" w:rsidR="00797C01" w:rsidRDefault="00797C01"/>
        </w:tc>
      </w:tr>
    </w:tbl>
    <w:p w14:paraId="7425164F" w14:textId="77777777" w:rsidR="00797C01" w:rsidRPr="007D3240" w:rsidRDefault="007D3240">
      <w:pPr>
        <w:pStyle w:val="berschrift1"/>
        <w:rPr>
          <w:sz w:val="24"/>
          <w:szCs w:val="24"/>
        </w:rPr>
      </w:pPr>
      <w:r w:rsidRPr="007D3240">
        <w:rPr>
          <w:sz w:val="24"/>
          <w:szCs w:val="24"/>
        </w:rPr>
        <w:t>3. Funding requested from ISAG</w:t>
      </w:r>
    </w:p>
    <w:p w14:paraId="4DD5D487" w14:textId="77777777" w:rsidR="00797C01" w:rsidRPr="007D3240" w:rsidRDefault="007D3240">
      <w:pPr>
        <w:spacing w:after="100"/>
        <w:rPr>
          <w:szCs w:val="20"/>
        </w:rPr>
      </w:pPr>
      <w:r w:rsidRPr="007D3240">
        <w:rPr>
          <w:szCs w:val="20"/>
        </w:rPr>
        <w:t>Maximum ISAG support: €10,000. Eligible support in the current form covers round-trip travel and either accommodation costs or a daily allowance of €50.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9"/>
        <w:gridCol w:w="2547"/>
        <w:gridCol w:w="2547"/>
        <w:gridCol w:w="2547"/>
      </w:tblGrid>
      <w:tr w:rsidR="00797C01" w:rsidRPr="007D3240" w14:paraId="73F01310" w14:textId="77777777">
        <w:tc>
          <w:tcPr>
            <w:tcW w:w="2550" w:type="dxa"/>
            <w:shd w:val="clear" w:color="auto" w:fill="D9E2F3"/>
            <w:vAlign w:val="center"/>
          </w:tcPr>
          <w:p w14:paraId="1F471463" w14:textId="77777777" w:rsidR="00797C01" w:rsidRPr="007D3240" w:rsidRDefault="007D3240">
            <w:pPr>
              <w:rPr>
                <w:szCs w:val="20"/>
              </w:rPr>
            </w:pPr>
            <w:r w:rsidRPr="007D3240">
              <w:rPr>
                <w:b/>
                <w:szCs w:val="20"/>
              </w:rPr>
              <w:t>Cost category</w:t>
            </w:r>
          </w:p>
        </w:tc>
        <w:tc>
          <w:tcPr>
            <w:tcW w:w="2550" w:type="dxa"/>
            <w:shd w:val="clear" w:color="auto" w:fill="D9E2F3"/>
            <w:vAlign w:val="center"/>
          </w:tcPr>
          <w:p w14:paraId="04E5EF89" w14:textId="77777777" w:rsidR="00797C01" w:rsidRPr="007D3240" w:rsidRDefault="007D3240">
            <w:pPr>
              <w:rPr>
                <w:szCs w:val="20"/>
              </w:rPr>
            </w:pPr>
            <w:r w:rsidRPr="007D3240">
              <w:rPr>
                <w:b/>
                <w:szCs w:val="20"/>
              </w:rPr>
              <w:t>Basis / calculation</w:t>
            </w:r>
          </w:p>
        </w:tc>
        <w:tc>
          <w:tcPr>
            <w:tcW w:w="2550" w:type="dxa"/>
            <w:shd w:val="clear" w:color="auto" w:fill="D9E2F3"/>
            <w:vAlign w:val="center"/>
          </w:tcPr>
          <w:p w14:paraId="04231EE2" w14:textId="77777777" w:rsidR="00797C01" w:rsidRPr="007D3240" w:rsidRDefault="007D3240">
            <w:pPr>
              <w:rPr>
                <w:szCs w:val="20"/>
              </w:rPr>
            </w:pPr>
            <w:r w:rsidRPr="007D3240">
              <w:rPr>
                <w:b/>
                <w:szCs w:val="20"/>
              </w:rPr>
              <w:t>Estimated cost (€)</w:t>
            </w:r>
          </w:p>
        </w:tc>
        <w:tc>
          <w:tcPr>
            <w:tcW w:w="2550" w:type="dxa"/>
            <w:shd w:val="clear" w:color="auto" w:fill="D9E2F3"/>
            <w:vAlign w:val="center"/>
          </w:tcPr>
          <w:p w14:paraId="52647BD9" w14:textId="77777777" w:rsidR="00797C01" w:rsidRPr="007D3240" w:rsidRDefault="007D3240">
            <w:pPr>
              <w:rPr>
                <w:szCs w:val="20"/>
              </w:rPr>
            </w:pPr>
            <w:r w:rsidRPr="007D3240">
              <w:rPr>
                <w:b/>
                <w:szCs w:val="20"/>
              </w:rPr>
              <w:t>Amount requested from ISAG (€)</w:t>
            </w:r>
          </w:p>
        </w:tc>
      </w:tr>
      <w:tr w:rsidR="00797C01" w:rsidRPr="007D3240" w14:paraId="56E65EE8" w14:textId="77777777">
        <w:tc>
          <w:tcPr>
            <w:tcW w:w="2550" w:type="dxa"/>
            <w:vAlign w:val="center"/>
          </w:tcPr>
          <w:p w14:paraId="5C1847D8" w14:textId="77777777" w:rsidR="00797C01" w:rsidRPr="007D3240" w:rsidRDefault="007D3240">
            <w:pPr>
              <w:rPr>
                <w:szCs w:val="20"/>
              </w:rPr>
            </w:pPr>
            <w:r w:rsidRPr="007D3240">
              <w:rPr>
                <w:szCs w:val="20"/>
              </w:rPr>
              <w:t>Round-trip travel</w:t>
            </w:r>
          </w:p>
        </w:tc>
        <w:tc>
          <w:tcPr>
            <w:tcW w:w="2550" w:type="dxa"/>
            <w:vAlign w:val="center"/>
          </w:tcPr>
          <w:p w14:paraId="2A890D33" w14:textId="77777777" w:rsidR="00797C01" w:rsidRPr="007D3240" w:rsidRDefault="00797C01">
            <w:pPr>
              <w:rPr>
                <w:szCs w:val="20"/>
              </w:rPr>
            </w:pPr>
          </w:p>
        </w:tc>
        <w:tc>
          <w:tcPr>
            <w:tcW w:w="2550" w:type="dxa"/>
            <w:vAlign w:val="center"/>
          </w:tcPr>
          <w:p w14:paraId="66CC2E4C" w14:textId="77777777" w:rsidR="00797C01" w:rsidRPr="007D3240" w:rsidRDefault="00797C01">
            <w:pPr>
              <w:rPr>
                <w:szCs w:val="20"/>
              </w:rPr>
            </w:pPr>
          </w:p>
        </w:tc>
        <w:tc>
          <w:tcPr>
            <w:tcW w:w="2550" w:type="dxa"/>
            <w:vAlign w:val="center"/>
          </w:tcPr>
          <w:p w14:paraId="42191278" w14:textId="77777777" w:rsidR="00797C01" w:rsidRPr="007D3240" w:rsidRDefault="00797C01">
            <w:pPr>
              <w:rPr>
                <w:szCs w:val="20"/>
              </w:rPr>
            </w:pPr>
          </w:p>
        </w:tc>
      </w:tr>
      <w:tr w:rsidR="00797C01" w:rsidRPr="007D3240" w14:paraId="105E0C10" w14:textId="77777777">
        <w:tc>
          <w:tcPr>
            <w:tcW w:w="2550" w:type="dxa"/>
            <w:vAlign w:val="center"/>
          </w:tcPr>
          <w:p w14:paraId="5ED3D7E6" w14:textId="77777777" w:rsidR="00797C01" w:rsidRPr="007D3240" w:rsidRDefault="007D3240">
            <w:pPr>
              <w:rPr>
                <w:szCs w:val="20"/>
              </w:rPr>
            </w:pPr>
            <w:r w:rsidRPr="007D3240">
              <w:rPr>
                <w:szCs w:val="20"/>
              </w:rPr>
              <w:t>Accommodation OR daily allowance (€50/day)</w:t>
            </w:r>
          </w:p>
        </w:tc>
        <w:tc>
          <w:tcPr>
            <w:tcW w:w="2550" w:type="dxa"/>
            <w:vAlign w:val="center"/>
          </w:tcPr>
          <w:p w14:paraId="000E88CC" w14:textId="77777777" w:rsidR="00797C01" w:rsidRPr="007D3240" w:rsidRDefault="00797C01">
            <w:pPr>
              <w:rPr>
                <w:szCs w:val="20"/>
              </w:rPr>
            </w:pPr>
          </w:p>
        </w:tc>
        <w:tc>
          <w:tcPr>
            <w:tcW w:w="2550" w:type="dxa"/>
            <w:vAlign w:val="center"/>
          </w:tcPr>
          <w:p w14:paraId="48A29F59" w14:textId="77777777" w:rsidR="00797C01" w:rsidRPr="007D3240" w:rsidRDefault="00797C01">
            <w:pPr>
              <w:rPr>
                <w:szCs w:val="20"/>
              </w:rPr>
            </w:pPr>
          </w:p>
        </w:tc>
        <w:tc>
          <w:tcPr>
            <w:tcW w:w="2550" w:type="dxa"/>
            <w:vAlign w:val="center"/>
          </w:tcPr>
          <w:p w14:paraId="21C7FDBD" w14:textId="77777777" w:rsidR="00797C01" w:rsidRPr="007D3240" w:rsidRDefault="00797C01">
            <w:pPr>
              <w:rPr>
                <w:szCs w:val="20"/>
              </w:rPr>
            </w:pPr>
          </w:p>
        </w:tc>
      </w:tr>
      <w:tr w:rsidR="00797C01" w:rsidRPr="007D3240" w14:paraId="1A5D6698" w14:textId="77777777">
        <w:tc>
          <w:tcPr>
            <w:tcW w:w="2550" w:type="dxa"/>
            <w:vAlign w:val="center"/>
          </w:tcPr>
          <w:p w14:paraId="03017179" w14:textId="77777777" w:rsidR="00797C01" w:rsidRPr="007D3240" w:rsidRDefault="007D3240">
            <w:pPr>
              <w:rPr>
                <w:szCs w:val="20"/>
              </w:rPr>
            </w:pPr>
            <w:r w:rsidRPr="007D3240">
              <w:rPr>
                <w:b/>
                <w:szCs w:val="20"/>
              </w:rPr>
              <w:t>TOTAL</w:t>
            </w:r>
          </w:p>
        </w:tc>
        <w:tc>
          <w:tcPr>
            <w:tcW w:w="2550" w:type="dxa"/>
            <w:vAlign w:val="center"/>
          </w:tcPr>
          <w:p w14:paraId="696AD026" w14:textId="77777777" w:rsidR="00797C01" w:rsidRPr="007D3240" w:rsidRDefault="00797C01">
            <w:pPr>
              <w:rPr>
                <w:szCs w:val="20"/>
              </w:rPr>
            </w:pPr>
          </w:p>
        </w:tc>
        <w:tc>
          <w:tcPr>
            <w:tcW w:w="2550" w:type="dxa"/>
            <w:vAlign w:val="center"/>
          </w:tcPr>
          <w:p w14:paraId="41C02D8E" w14:textId="77777777" w:rsidR="00797C01" w:rsidRPr="007D3240" w:rsidRDefault="00797C01">
            <w:pPr>
              <w:rPr>
                <w:szCs w:val="20"/>
              </w:rPr>
            </w:pPr>
          </w:p>
        </w:tc>
        <w:tc>
          <w:tcPr>
            <w:tcW w:w="2550" w:type="dxa"/>
            <w:vAlign w:val="center"/>
          </w:tcPr>
          <w:p w14:paraId="04A072B6" w14:textId="77777777" w:rsidR="00797C01" w:rsidRPr="007D3240" w:rsidRDefault="00797C01">
            <w:pPr>
              <w:rPr>
                <w:szCs w:val="20"/>
              </w:rPr>
            </w:pPr>
          </w:p>
        </w:tc>
      </w:tr>
    </w:tbl>
    <w:p w14:paraId="0C358AB9" w14:textId="77777777" w:rsidR="00797C01" w:rsidRPr="007D3240" w:rsidRDefault="007D3240">
      <w:pPr>
        <w:pStyle w:val="berschrift1"/>
        <w:rPr>
          <w:sz w:val="24"/>
          <w:szCs w:val="24"/>
        </w:rPr>
      </w:pPr>
      <w:r w:rsidRPr="007D3240">
        <w:rPr>
          <w:sz w:val="24"/>
          <w:szCs w:val="24"/>
        </w:rPr>
        <w:t>4. Attachments and declarations</w:t>
      </w:r>
    </w:p>
    <w:p w14:paraId="7D1782D7" w14:textId="77777777" w:rsidR="00797C01" w:rsidRPr="007D3240" w:rsidRDefault="007D3240">
      <w:pPr>
        <w:rPr>
          <w:szCs w:val="20"/>
        </w:rPr>
      </w:pPr>
      <w:r w:rsidRPr="007D3240">
        <w:rPr>
          <w:szCs w:val="20"/>
        </w:rPr>
        <w:t>☐ CV of travelling scientist attached</w:t>
      </w:r>
    </w:p>
    <w:p w14:paraId="0A0375AF" w14:textId="0B2D201D" w:rsidR="00797C01" w:rsidRPr="007D3240" w:rsidRDefault="007D3240">
      <w:pPr>
        <w:rPr>
          <w:szCs w:val="20"/>
        </w:rPr>
      </w:pPr>
      <w:r w:rsidRPr="007D3240">
        <w:rPr>
          <w:szCs w:val="20"/>
        </w:rPr>
        <w:t xml:space="preserve">☐ </w:t>
      </w:r>
      <w:r w:rsidR="000D25D3" w:rsidRPr="007D3240">
        <w:rPr>
          <w:szCs w:val="20"/>
        </w:rPr>
        <w:t xml:space="preserve">supporting letter of the </w:t>
      </w:r>
      <w:r w:rsidR="00E67371" w:rsidRPr="007D3240">
        <w:rPr>
          <w:szCs w:val="20"/>
        </w:rPr>
        <w:t>sending</w:t>
      </w:r>
      <w:r w:rsidR="000D25D3" w:rsidRPr="007D3240">
        <w:rPr>
          <w:szCs w:val="20"/>
        </w:rPr>
        <w:t xml:space="preserve"> institution /</w:t>
      </w:r>
      <w:r w:rsidR="00E67371" w:rsidRPr="007D3240">
        <w:rPr>
          <w:szCs w:val="20"/>
        </w:rPr>
        <w:t xml:space="preserve"> </w:t>
      </w:r>
      <w:r w:rsidR="000D25D3" w:rsidRPr="007D3240">
        <w:rPr>
          <w:szCs w:val="20"/>
        </w:rPr>
        <w:t>PI</w:t>
      </w:r>
    </w:p>
    <w:p w14:paraId="41C66C8D" w14:textId="5D35AF3B" w:rsidR="00797C01" w:rsidRPr="007D3240" w:rsidRDefault="007D3240">
      <w:pPr>
        <w:rPr>
          <w:szCs w:val="20"/>
        </w:rPr>
      </w:pPr>
      <w:r w:rsidRPr="007D3240">
        <w:rPr>
          <w:szCs w:val="20"/>
        </w:rPr>
        <w:t xml:space="preserve">☐ </w:t>
      </w:r>
      <w:r w:rsidR="005B1AD4" w:rsidRPr="007D3240">
        <w:rPr>
          <w:szCs w:val="20"/>
        </w:rPr>
        <w:t>supporting letter of the host insti</w:t>
      </w:r>
      <w:r w:rsidR="00E67371" w:rsidRPr="007D3240">
        <w:rPr>
          <w:szCs w:val="20"/>
        </w:rPr>
        <w:t>tu</w:t>
      </w:r>
      <w:r w:rsidR="005B1AD4" w:rsidRPr="007D3240">
        <w:rPr>
          <w:szCs w:val="20"/>
        </w:rPr>
        <w:t>tion / PI</w:t>
      </w:r>
    </w:p>
    <w:p w14:paraId="743F3CFA" w14:textId="77777777" w:rsidR="00797C01" w:rsidRPr="007D3240" w:rsidRDefault="007D3240">
      <w:pPr>
        <w:rPr>
          <w:szCs w:val="20"/>
        </w:rPr>
      </w:pPr>
      <w:r w:rsidRPr="007D3240">
        <w:rPr>
          <w:szCs w:val="20"/>
        </w:rPr>
        <w:t>☐ I understand that a final report is required and may be published on the ISAG website.</w:t>
      </w:r>
    </w:p>
    <w:p w14:paraId="39134845" w14:textId="77777777" w:rsidR="00797C01" w:rsidRPr="007D3240" w:rsidRDefault="007D3240">
      <w:pPr>
        <w:rPr>
          <w:szCs w:val="20"/>
        </w:rPr>
      </w:pPr>
      <w:r w:rsidRPr="007D3240">
        <w:rPr>
          <w:szCs w:val="20"/>
        </w:rPr>
        <w:t>☐ I will consider publication of results in Animal Genetics and presentation at a future ISAG meeting.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890"/>
      </w:tblGrid>
      <w:tr w:rsidR="00797C01" w:rsidRPr="007D3240" w14:paraId="5B0092CD" w14:textId="77777777">
        <w:trPr>
          <w:jc w:val="center"/>
        </w:trPr>
        <w:tc>
          <w:tcPr>
            <w:tcW w:w="2835" w:type="dxa"/>
            <w:vAlign w:val="center"/>
          </w:tcPr>
          <w:p w14:paraId="33C845E0" w14:textId="77777777" w:rsidR="00797C01" w:rsidRPr="007D3240" w:rsidRDefault="007D3240">
            <w:pPr>
              <w:rPr>
                <w:szCs w:val="20"/>
              </w:rPr>
            </w:pPr>
            <w:r w:rsidRPr="007D3240">
              <w:rPr>
                <w:b/>
                <w:szCs w:val="20"/>
              </w:rPr>
              <w:t>Travelling scientist: name / signature / date</w:t>
            </w:r>
          </w:p>
        </w:tc>
        <w:tc>
          <w:tcPr>
            <w:tcW w:w="5100" w:type="dxa"/>
            <w:vAlign w:val="center"/>
          </w:tcPr>
          <w:p w14:paraId="252D6ECE" w14:textId="77777777" w:rsidR="00797C01" w:rsidRPr="007D3240" w:rsidRDefault="007D3240">
            <w:pPr>
              <w:rPr>
                <w:szCs w:val="20"/>
              </w:rPr>
            </w:pPr>
            <w:r w:rsidRPr="007D3240">
              <w:rPr>
                <w:szCs w:val="20"/>
              </w:rPr>
              <w:t>____________________________________________________________</w:t>
            </w:r>
          </w:p>
        </w:tc>
      </w:tr>
      <w:tr w:rsidR="00797C01" w:rsidRPr="007D3240" w14:paraId="6F5A418C" w14:textId="77777777">
        <w:trPr>
          <w:jc w:val="center"/>
        </w:trPr>
        <w:tc>
          <w:tcPr>
            <w:tcW w:w="2835" w:type="dxa"/>
            <w:vAlign w:val="center"/>
          </w:tcPr>
          <w:p w14:paraId="400CA4A1" w14:textId="77777777" w:rsidR="00797C01" w:rsidRPr="007D3240" w:rsidRDefault="007D3240">
            <w:pPr>
              <w:rPr>
                <w:szCs w:val="20"/>
              </w:rPr>
            </w:pPr>
            <w:r w:rsidRPr="007D3240">
              <w:rPr>
                <w:b/>
                <w:szCs w:val="20"/>
              </w:rPr>
              <w:t>Sending PI: name / signature / date</w:t>
            </w:r>
          </w:p>
        </w:tc>
        <w:tc>
          <w:tcPr>
            <w:tcW w:w="5100" w:type="dxa"/>
            <w:vAlign w:val="center"/>
          </w:tcPr>
          <w:p w14:paraId="40148C61" w14:textId="77777777" w:rsidR="00797C01" w:rsidRPr="007D3240" w:rsidRDefault="007D3240">
            <w:pPr>
              <w:rPr>
                <w:szCs w:val="20"/>
              </w:rPr>
            </w:pPr>
            <w:r w:rsidRPr="007D3240">
              <w:rPr>
                <w:szCs w:val="20"/>
              </w:rPr>
              <w:t>____________________________________________________________</w:t>
            </w:r>
          </w:p>
        </w:tc>
      </w:tr>
      <w:tr w:rsidR="00797C01" w:rsidRPr="007D3240" w14:paraId="5E8D4DA0" w14:textId="77777777">
        <w:trPr>
          <w:jc w:val="center"/>
        </w:trPr>
        <w:tc>
          <w:tcPr>
            <w:tcW w:w="2835" w:type="dxa"/>
            <w:vAlign w:val="center"/>
          </w:tcPr>
          <w:p w14:paraId="74918FAB" w14:textId="77777777" w:rsidR="00797C01" w:rsidRPr="007D3240" w:rsidRDefault="007D3240">
            <w:pPr>
              <w:rPr>
                <w:szCs w:val="20"/>
              </w:rPr>
            </w:pPr>
            <w:r w:rsidRPr="007D3240">
              <w:rPr>
                <w:b/>
                <w:szCs w:val="20"/>
              </w:rPr>
              <w:t>Host PI: name / signature / date</w:t>
            </w:r>
          </w:p>
        </w:tc>
        <w:tc>
          <w:tcPr>
            <w:tcW w:w="5100" w:type="dxa"/>
            <w:vAlign w:val="center"/>
          </w:tcPr>
          <w:p w14:paraId="0F417E0C" w14:textId="77777777" w:rsidR="00797C01" w:rsidRPr="007D3240" w:rsidRDefault="007D3240">
            <w:pPr>
              <w:rPr>
                <w:szCs w:val="20"/>
              </w:rPr>
            </w:pPr>
            <w:r w:rsidRPr="007D3240">
              <w:rPr>
                <w:szCs w:val="20"/>
              </w:rPr>
              <w:t>____________________________________________________________</w:t>
            </w:r>
          </w:p>
        </w:tc>
      </w:tr>
    </w:tbl>
    <w:p w14:paraId="6DE7E6F6" w14:textId="77777777" w:rsidR="008B6861" w:rsidRPr="007D3240" w:rsidRDefault="008B6861">
      <w:pPr>
        <w:rPr>
          <w:szCs w:val="20"/>
        </w:rPr>
      </w:pPr>
    </w:p>
    <w:sectPr w:rsidR="008B6861" w:rsidRPr="007D3240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25D3"/>
    <w:rsid w:val="0015074B"/>
    <w:rsid w:val="0029639D"/>
    <w:rsid w:val="00326F90"/>
    <w:rsid w:val="004860B7"/>
    <w:rsid w:val="005B1AD4"/>
    <w:rsid w:val="00797C01"/>
    <w:rsid w:val="007D3240"/>
    <w:rsid w:val="008174B1"/>
    <w:rsid w:val="008B6861"/>
    <w:rsid w:val="00AA1D8D"/>
    <w:rsid w:val="00B47730"/>
    <w:rsid w:val="00CB0664"/>
    <w:rsid w:val="00E673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E15DF0"/>
  <w14:defaultImageDpi w14:val="330"/>
  <w15:docId w15:val="{6F0863FC-C171-489E-AA06-1B74FE85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1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Wimmers, Klaus</cp:lastModifiedBy>
  <cp:revision>4</cp:revision>
  <dcterms:created xsi:type="dcterms:W3CDTF">2026-08-31T07:17:00Z</dcterms:created>
  <dcterms:modified xsi:type="dcterms:W3CDTF">2026-08-31T07:29:00Z</dcterms:modified>
  <cp:category/>
</cp:coreProperties>
</file>